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29DFD" w14:textId="77777777" w:rsidR="00B841AF" w:rsidRPr="00451C08" w:rsidRDefault="00000000">
      <w:pPr>
        <w:jc w:val="right"/>
        <w:rPr>
          <w:i/>
          <w:iCs/>
          <w:sz w:val="18"/>
          <w:szCs w:val="18"/>
        </w:rPr>
      </w:pPr>
      <w:r w:rsidRPr="00451C08">
        <w:rPr>
          <w:i/>
          <w:iCs/>
          <w:sz w:val="18"/>
          <w:szCs w:val="18"/>
        </w:rPr>
        <w:t>Załącznik nr 3 do Regulaminu udzielania zamówień publicznych</w:t>
      </w:r>
      <w:r w:rsidRPr="00451C08">
        <w:rPr>
          <w:i/>
          <w:iCs/>
          <w:sz w:val="18"/>
          <w:szCs w:val="18"/>
        </w:rPr>
        <w:br/>
        <w:t>o wartości nieprzekraczającej 170 000 zł netto</w:t>
      </w:r>
      <w:r w:rsidRPr="00451C08">
        <w:rPr>
          <w:i/>
          <w:iCs/>
          <w:sz w:val="18"/>
          <w:szCs w:val="18"/>
        </w:rPr>
        <w:br/>
        <w:t>w DPS „Jutrzenka” w Zgorzelcu</w:t>
      </w:r>
    </w:p>
    <w:p w14:paraId="4B93FE93" w14:textId="77777777" w:rsidR="00B841AF" w:rsidRDefault="00000000">
      <w:pPr>
        <w:jc w:val="center"/>
      </w:pPr>
      <w:r>
        <w:rPr>
          <w:b/>
          <w:sz w:val="28"/>
        </w:rPr>
        <w:t>FORMULARZ OFERTY</w:t>
      </w:r>
    </w:p>
    <w:p w14:paraId="079A3D6D" w14:textId="77777777" w:rsidR="00B841AF" w:rsidRDefault="00000000">
      <w:pPr>
        <w:spacing w:before="200" w:after="80"/>
      </w:pPr>
      <w:r>
        <w:rPr>
          <w:b/>
        </w:rPr>
        <w:t>I. Nazwa i adres ZAMAWIAJĄCEGO</w:t>
      </w:r>
    </w:p>
    <w:p w14:paraId="433320EA" w14:textId="77777777" w:rsidR="00B841AF" w:rsidRDefault="00000000">
      <w:r>
        <w:t>Nabywca: Powiat Zgorzelecki, ul. Bohaterów II Armii Wojska Polskiego 8A, 59-900 Zgorzelec, NIP: 615-18-11-188.</w:t>
      </w:r>
    </w:p>
    <w:p w14:paraId="1B829231" w14:textId="77777777" w:rsidR="00B841AF" w:rsidRDefault="00000000">
      <w:r>
        <w:t>Odbiorca: Dom Pomocy Społecznej „Jutrzenka” w Zgorzelcu, ul. Przechodnia 8, 59-900 Zgorzelec.</w:t>
      </w:r>
    </w:p>
    <w:p w14:paraId="7B2F2BD4" w14:textId="77777777" w:rsidR="00B841AF" w:rsidRDefault="00000000">
      <w:pPr>
        <w:spacing w:before="200" w:after="80"/>
      </w:pPr>
      <w:r>
        <w:rPr>
          <w:b/>
        </w:rPr>
        <w:t>II. Dane WYKONAWCY</w:t>
      </w:r>
    </w:p>
    <w:p w14:paraId="5BB14F89" w14:textId="77777777" w:rsidR="00B841AF" w:rsidRDefault="00000000">
      <w:r>
        <w:t>Nazwa wykonawcy: ................................................................................................................</w:t>
      </w:r>
    </w:p>
    <w:p w14:paraId="3C452DC9" w14:textId="77777777" w:rsidR="00B841AF" w:rsidRDefault="00000000">
      <w:r>
        <w:t>Adres siedziby: ..............................................................................................................................</w:t>
      </w:r>
    </w:p>
    <w:p w14:paraId="44FA4AE4" w14:textId="77777777" w:rsidR="00B841AF" w:rsidRDefault="00000000">
      <w:r>
        <w:t>NIP / REGON (jeżeli dotyczy): .........................................................................................................</w:t>
      </w:r>
    </w:p>
    <w:p w14:paraId="5117E29F" w14:textId="77777777" w:rsidR="00B841AF" w:rsidRDefault="00000000">
      <w:r>
        <w:t>Telefon, adres e-mail: ....................................................................................................................</w:t>
      </w:r>
    </w:p>
    <w:p w14:paraId="1C5DC6C7" w14:textId="77777777" w:rsidR="00B841AF" w:rsidRDefault="00000000">
      <w:r>
        <w:t>Osoba upoważniona do reprezentacji: ...........................................................................................</w:t>
      </w:r>
    </w:p>
    <w:p w14:paraId="549F920A" w14:textId="77777777" w:rsidR="00B841AF" w:rsidRDefault="00000000">
      <w:pPr>
        <w:spacing w:before="200" w:after="80"/>
      </w:pPr>
      <w:r>
        <w:rPr>
          <w:b/>
        </w:rPr>
        <w:t>III. NAZWA PRZEDMIOTU ZAMÓWIENIA</w:t>
      </w:r>
    </w:p>
    <w:p w14:paraId="08B269FF" w14:textId="77777777" w:rsidR="00B841AF" w:rsidRDefault="00000000">
      <w:r>
        <w:t>Wykonanie zadania budżetowego pn. „Zielona przestrzeń wytchnienia – Ekoterapeutyczny Ogród Aktywności i Spokoju” na terenie Domu Pomocy Społecznej „Jutrzenka” w Zgorzelcu, przy ul. Przechodniej 8, na części działki nr 103, obręb 0004.</w:t>
      </w:r>
    </w:p>
    <w:p w14:paraId="3F98FF61" w14:textId="77777777" w:rsidR="00B841AF" w:rsidRDefault="00000000">
      <w:pPr>
        <w:spacing w:before="200" w:after="80"/>
      </w:pPr>
      <w:r>
        <w:rPr>
          <w:b/>
        </w:rPr>
        <w:t>IV. Oferuję wykonanie przedmiotu zamówienia za:</w:t>
      </w:r>
    </w:p>
    <w:p w14:paraId="6B89F85D" w14:textId="77777777" w:rsidR="00B841AF" w:rsidRDefault="00000000">
      <w:r>
        <w:t>Cena netto: ................................ zł; słownie: ................................................................................</w:t>
      </w:r>
    </w:p>
    <w:p w14:paraId="2709F69B" w14:textId="77777777" w:rsidR="00B841AF" w:rsidRDefault="00000000">
      <w:r>
        <w:t>VAT: .......... %; kwota podatku VAT: ................................ zł</w:t>
      </w:r>
    </w:p>
    <w:p w14:paraId="444664A9" w14:textId="77777777" w:rsidR="00B841AF" w:rsidRDefault="00000000">
      <w:r>
        <w:t>Cena brutto: ............................... zł; słownie: ................................................................................</w:t>
      </w:r>
    </w:p>
    <w:p w14:paraId="5B9084C1" w14:textId="544DB51E" w:rsidR="00B841AF" w:rsidRDefault="00000000">
      <w:r>
        <w:t>Cena ma charakter ryczałtowy i obejmuje całość przedmiotu zamówienia zgodnie z dokumentacją.</w:t>
      </w:r>
    </w:p>
    <w:p w14:paraId="5241C664" w14:textId="77777777" w:rsidR="00B841AF" w:rsidRDefault="00000000">
      <w:pPr>
        <w:spacing w:before="200" w:after="80"/>
      </w:pPr>
      <w:r>
        <w:rPr>
          <w:b/>
        </w:rPr>
        <w:t>V. Deklaruję ponadto:</w:t>
      </w:r>
    </w:p>
    <w:p w14:paraId="4064C1D8" w14:textId="77777777" w:rsidR="00B841AF" w:rsidRDefault="00000000">
      <w:r>
        <w:t>1) Termin wykonania zamówienia: od dnia zawarcia umowy, nie później niż do 11 grudnia 2026 r. (zakończenie prac i zgłoszenie gotowości do odbioru).</w:t>
      </w:r>
    </w:p>
    <w:p w14:paraId="746D5B4D" w14:textId="77777777" w:rsidR="00B841AF" w:rsidRDefault="00000000">
      <w:r>
        <w:t>2) Akceptuję okresy gwarancji z § 9 projektu umowy: 60 miesięcy na roboty i elementy zagospodarowania; 36 miesięcy na wyposażenie; 24 miesiące na materiał roślinny, nasadzenia i trawnik – z zastrzeżeniami określonymi w umowie.</w:t>
      </w:r>
    </w:p>
    <w:p w14:paraId="22547F07" w14:textId="77777777" w:rsidR="00B841AF" w:rsidRDefault="00000000">
      <w:r>
        <w:t>3) Zobowiązuję się do posiadania ubezpieczenia OC działalności związanej z przedmiotem zamówienia o sumie gwarancyjnej nie niższej niż 500 000 zł na jedno i wszystkie zdarzenia oraz nie niższej niż całkowite wynagrodzenie ryczałtowe brutto. Dokumenty ubezpieczenia przedstawię na zasadach § 16 projektu umowy.</w:t>
      </w:r>
    </w:p>
    <w:p w14:paraId="1E99F24E" w14:textId="77777777" w:rsidR="00B841AF" w:rsidRDefault="00000000">
      <w:r>
        <w:t>4) Zamówienie wykonam:  □ samodzielnie   □ z udziałem podwykonawców. Zakres prac powierzonych podwykonawcom (jeżeli dotyczy): ......................................................................................................</w:t>
      </w:r>
    </w:p>
    <w:p w14:paraId="12F16E1C" w14:textId="77777777" w:rsidR="00B841AF" w:rsidRDefault="00000000">
      <w:pPr>
        <w:spacing w:before="200" w:after="80"/>
      </w:pPr>
      <w:r>
        <w:rPr>
          <w:b/>
        </w:rPr>
        <w:t>VI. Oświadczam, że:</w:t>
      </w:r>
    </w:p>
    <w:p w14:paraId="5319DE7E" w14:textId="77777777" w:rsidR="00B841AF" w:rsidRDefault="00000000">
      <w:r>
        <w:t>1) zapoznałem/am się z Opisem Przedmiotu Zamówienia, dokumentacją projektową, wykazem rzeczowo-cenowym, zaproszeniem do składania ofert i projektem umowy oraz nie wnoszę do ich treści zastrzeżeń;</w:t>
      </w:r>
    </w:p>
    <w:p w14:paraId="22797C10" w14:textId="77777777" w:rsidR="00B841AF" w:rsidRDefault="00000000">
      <w:r>
        <w:t>2) zobowiązuję się do wykonania pełnego zakresu zamówienia zgodnie z dokumentacją i wymaganiami organizacyjnymi Zamawiającego, w szczególności dotyczącymi prowadzenia prac na terenie czynnego DPS;</w:t>
      </w:r>
    </w:p>
    <w:p w14:paraId="2999480F" w14:textId="77777777" w:rsidR="00B841AF" w:rsidRDefault="00000000">
      <w:r>
        <w:lastRenderedPageBreak/>
        <w:t>3) w przypadku wyboru mojej/naszej oferty zobowiązuję się do zawarcia umowy na warunkach określonych w projekcie umowy, w miejscu i terminie wyznaczonym przez Zamawiającego;</w:t>
      </w:r>
    </w:p>
    <w:p w14:paraId="786E1D8B" w14:textId="77777777" w:rsidR="00B841AF" w:rsidRDefault="00000000">
      <w:r>
        <w:t>4) wypełniłem/am obowiązki informacyjne wynikające z art. 13 lub art. 14 RODO wobec osób fizycznych, od których dane osobowe pozyskano bezpośrednio lub pośrednio w związku z udziałem w niniejszym postępowaniu.*</w:t>
      </w:r>
    </w:p>
    <w:p w14:paraId="3370633F" w14:textId="77777777" w:rsidR="00B841AF" w:rsidRDefault="00000000">
      <w:r>
        <w:t>* Należy skreślić, jeśli Wykonawca nie przekazuje danych osobowych innych osób lub zastosowanie ma wyłączenie z art. 13 ust. 4 albo art. 14 ust. 5 RODO.</w:t>
      </w:r>
    </w:p>
    <w:p w14:paraId="799C2433" w14:textId="77777777" w:rsidR="00B841AF" w:rsidRDefault="00000000">
      <w:pPr>
        <w:spacing w:before="200" w:after="80"/>
      </w:pPr>
      <w:r>
        <w:rPr>
          <w:b/>
        </w:rPr>
        <w:t>VII. Ofertę niniejszą składam na kolejno ponumerowanych stronach:</w:t>
      </w:r>
    </w:p>
    <w:p w14:paraId="7625C132" w14:textId="77777777" w:rsidR="00B841AF" w:rsidRDefault="00000000">
      <w:r>
        <w:t>Liczba stron oferty: ...........................</w:t>
      </w:r>
    </w:p>
    <w:p w14:paraId="217180FE" w14:textId="77777777" w:rsidR="00B841AF" w:rsidRDefault="00000000">
      <w:pPr>
        <w:spacing w:before="200" w:after="80"/>
      </w:pPr>
      <w:r>
        <w:rPr>
          <w:b/>
        </w:rPr>
        <w:t>VIII. Integralną część oferty stanowią następujące załączniki:</w:t>
      </w:r>
    </w:p>
    <w:p w14:paraId="1A6E646C" w14:textId="77777777" w:rsidR="00B841AF" w:rsidRDefault="00000000">
      <w:r>
        <w:t>1) Wypełniony i podpisany wykaz rzeczowo-cenowy.</w:t>
      </w:r>
      <w:r>
        <w:br/>
        <w:t>2) Inne dokumenty (jeżeli dotyczy): ............................................................................................</w:t>
      </w:r>
    </w:p>
    <w:p w14:paraId="180F360A" w14:textId="77777777" w:rsidR="00B841AF" w:rsidRDefault="00000000">
      <w:r>
        <w:br/>
        <w:t>........................................................                          ........................................................</w:t>
      </w:r>
      <w:r>
        <w:br/>
        <w:t xml:space="preserve">          Miejscowość i data                                             Podpis osoby upoważnionej do reprezentacji Wykonawcy</w:t>
      </w:r>
    </w:p>
    <w:sectPr w:rsidR="00B841AF" w:rsidSect="00034616"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0539509">
    <w:abstractNumId w:val="8"/>
  </w:num>
  <w:num w:numId="2" w16cid:durableId="1267926642">
    <w:abstractNumId w:val="6"/>
  </w:num>
  <w:num w:numId="3" w16cid:durableId="467866340">
    <w:abstractNumId w:val="5"/>
  </w:num>
  <w:num w:numId="4" w16cid:durableId="257374028">
    <w:abstractNumId w:val="4"/>
  </w:num>
  <w:num w:numId="5" w16cid:durableId="604733435">
    <w:abstractNumId w:val="7"/>
  </w:num>
  <w:num w:numId="6" w16cid:durableId="1961254788">
    <w:abstractNumId w:val="3"/>
  </w:num>
  <w:num w:numId="7" w16cid:durableId="998342247">
    <w:abstractNumId w:val="2"/>
  </w:num>
  <w:num w:numId="8" w16cid:durableId="525600655">
    <w:abstractNumId w:val="1"/>
  </w:num>
  <w:num w:numId="9" w16cid:durableId="2107577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2A9A"/>
    <w:rsid w:val="0029639D"/>
    <w:rsid w:val="00326F90"/>
    <w:rsid w:val="00451C08"/>
    <w:rsid w:val="005A1925"/>
    <w:rsid w:val="00AA1D8D"/>
    <w:rsid w:val="00B47730"/>
    <w:rsid w:val="00B736DA"/>
    <w:rsid w:val="00B841AF"/>
    <w:rsid w:val="00CB0664"/>
    <w:rsid w:val="00D844B1"/>
    <w:rsid w:val="00FC693F"/>
    <w:rsid w:val="00FD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CE884"/>
  <w14:defaultImageDpi w14:val="300"/>
  <w15:docId w15:val="{A6695662-8790-46CA-8E36-115DC39B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jutrzenkadps@outlook.com</cp:lastModifiedBy>
  <cp:revision>4</cp:revision>
  <dcterms:created xsi:type="dcterms:W3CDTF">2026-10-08T09:59:00Z</dcterms:created>
  <dcterms:modified xsi:type="dcterms:W3CDTF">2026-10-08T12:40:00Z</dcterms:modified>
  <cp:category/>
</cp:coreProperties>
</file>